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83676C" w14:textId="77777777" w:rsidR="00207DBA" w:rsidRPr="004338AF" w:rsidRDefault="00F220FC" w:rsidP="004338AF">
      <w:pPr>
        <w:rPr>
          <w:b/>
          <w:sz w:val="20"/>
          <w:szCs w:val="20"/>
        </w:rPr>
      </w:pPr>
      <w:r w:rsidRPr="004338AF">
        <w:rPr>
          <w:b/>
          <w:sz w:val="20"/>
          <w:szCs w:val="20"/>
        </w:rPr>
        <w:t>ZAŁĄCZNIK NR 1</w:t>
      </w:r>
    </w:p>
    <w:p w14:paraId="232372BA" w14:textId="77777777" w:rsidR="005B621E" w:rsidRDefault="00F220FC">
      <w:pPr>
        <w:jc w:val="center"/>
      </w:pPr>
      <w:r>
        <w:rPr>
          <w:b/>
          <w:sz w:val="24"/>
        </w:rPr>
        <w:br/>
      </w:r>
      <w:r>
        <w:rPr>
          <w:b/>
          <w:sz w:val="30"/>
        </w:rPr>
        <w:t>FORMULARZ ZGŁOSZENIOWY</w:t>
      </w:r>
    </w:p>
    <w:p w14:paraId="21F510E7" w14:textId="77777777" w:rsidR="005B621E" w:rsidRDefault="00F220FC">
      <w:pPr>
        <w:jc w:val="center"/>
      </w:pPr>
      <w:proofErr w:type="spellStart"/>
      <w:r>
        <w:rPr>
          <w:b/>
        </w:rPr>
        <w:t>Konkurs</w:t>
      </w:r>
      <w:proofErr w:type="spellEnd"/>
      <w:r>
        <w:rPr>
          <w:b/>
        </w:rPr>
        <w:t xml:space="preserve"> „EKO – GMINA WOJEWÓDZTWA ZACHODNIOPOMORSKIEGO”</w:t>
      </w:r>
    </w:p>
    <w:p w14:paraId="519644C2" w14:textId="77777777" w:rsidR="005B621E" w:rsidRDefault="00F220FC">
      <w:proofErr w:type="spellStart"/>
      <w:r>
        <w:rPr>
          <w:b/>
        </w:rPr>
        <w:t>Nazwa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zgłaszanej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dobrej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praktyki</w:t>
      </w:r>
      <w:proofErr w:type="spellEnd"/>
      <w:r>
        <w:rPr>
          <w:b/>
        </w:rPr>
        <w:t>: „NASZA DOBRA EKO-PRAKTYKA”</w:t>
      </w:r>
    </w:p>
    <w:p w14:paraId="0CD8B453" w14:textId="77777777" w:rsidR="005B621E" w:rsidRDefault="00F220FC">
      <w:r>
        <w:rPr>
          <w:b/>
          <w:sz w:val="22"/>
        </w:rPr>
        <w:t>1. DANE GMINY</w:t>
      </w:r>
    </w:p>
    <w:p w14:paraId="708A9291" w14:textId="77777777" w:rsidR="005B621E" w:rsidRDefault="00F220FC">
      <w:proofErr w:type="spellStart"/>
      <w:r>
        <w:t>Nazwa</w:t>
      </w:r>
      <w:proofErr w:type="spellEnd"/>
      <w:r>
        <w:t xml:space="preserve"> </w:t>
      </w:r>
      <w:proofErr w:type="spellStart"/>
      <w:r>
        <w:t>gminy</w:t>
      </w:r>
      <w:proofErr w:type="spellEnd"/>
      <w:r>
        <w:t>: ................................................................................................</w:t>
      </w:r>
    </w:p>
    <w:p w14:paraId="0F25AA48" w14:textId="77777777" w:rsidR="005B621E" w:rsidRDefault="00F220FC">
      <w:proofErr w:type="spellStart"/>
      <w:r>
        <w:t>Typ</w:t>
      </w:r>
      <w:proofErr w:type="spellEnd"/>
      <w:r>
        <w:t xml:space="preserve"> </w:t>
      </w:r>
      <w:proofErr w:type="spellStart"/>
      <w:r>
        <w:t>gminy</w:t>
      </w:r>
      <w:proofErr w:type="spellEnd"/>
      <w:r>
        <w:t>: ................................................................................................</w:t>
      </w:r>
    </w:p>
    <w:p w14:paraId="33024B52" w14:textId="77777777" w:rsidR="005B621E" w:rsidRDefault="00F220FC">
      <w:proofErr w:type="spellStart"/>
      <w:r>
        <w:t>Adres</w:t>
      </w:r>
      <w:proofErr w:type="spellEnd"/>
      <w:r>
        <w:t xml:space="preserve"> </w:t>
      </w:r>
      <w:proofErr w:type="spellStart"/>
      <w:r>
        <w:t>siedziby</w:t>
      </w:r>
      <w:proofErr w:type="spellEnd"/>
      <w:r>
        <w:t>: ................................................................................................</w:t>
      </w:r>
    </w:p>
    <w:p w14:paraId="7A106758" w14:textId="77777777" w:rsidR="005B621E" w:rsidRDefault="00F220FC">
      <w:proofErr w:type="spellStart"/>
      <w:r>
        <w:t>Osoba</w:t>
      </w:r>
      <w:proofErr w:type="spellEnd"/>
      <w:r>
        <w:t xml:space="preserve"> do </w:t>
      </w:r>
      <w:proofErr w:type="spellStart"/>
      <w:r>
        <w:t>kontaktu</w:t>
      </w:r>
      <w:proofErr w:type="spellEnd"/>
      <w:r>
        <w:t>: ................................................................................................</w:t>
      </w:r>
    </w:p>
    <w:p w14:paraId="6259A403" w14:textId="77777777" w:rsidR="005B621E" w:rsidRDefault="00F220FC">
      <w:proofErr w:type="spellStart"/>
      <w:r>
        <w:t>Stanowisko</w:t>
      </w:r>
      <w:proofErr w:type="spellEnd"/>
      <w:r>
        <w:t>: ................................................................................................</w:t>
      </w:r>
    </w:p>
    <w:p w14:paraId="23F5E979" w14:textId="77777777" w:rsidR="005B621E" w:rsidRDefault="00F220FC">
      <w:proofErr w:type="spellStart"/>
      <w:r>
        <w:t>Telefon</w:t>
      </w:r>
      <w:proofErr w:type="spellEnd"/>
      <w:r>
        <w:t>: ................................................................................................</w:t>
      </w:r>
    </w:p>
    <w:p w14:paraId="2C0A8D64" w14:textId="77777777" w:rsidR="005B621E" w:rsidRDefault="00F220FC">
      <w:proofErr w:type="spellStart"/>
      <w:r>
        <w:t>Adres</w:t>
      </w:r>
      <w:proofErr w:type="spellEnd"/>
      <w:r>
        <w:t xml:space="preserve"> e-mail: ................................................................................................</w:t>
      </w:r>
    </w:p>
    <w:p w14:paraId="2BDF0547" w14:textId="77777777" w:rsidR="005B621E" w:rsidRDefault="00F220FC">
      <w:r>
        <w:rPr>
          <w:b/>
          <w:sz w:val="22"/>
        </w:rPr>
        <w:t>2. ZGŁASZANA DOBRA PRAKTYKA</w:t>
      </w:r>
    </w:p>
    <w:p w14:paraId="25DA475E" w14:textId="77777777" w:rsidR="005B621E" w:rsidRDefault="00F220FC">
      <w:proofErr w:type="spellStart"/>
      <w:r>
        <w:t>Nazwa</w:t>
      </w:r>
      <w:proofErr w:type="spellEnd"/>
      <w:r>
        <w:t xml:space="preserve"> </w:t>
      </w:r>
      <w:proofErr w:type="spellStart"/>
      <w:r>
        <w:t>przedsięwzięcia</w:t>
      </w:r>
      <w:proofErr w:type="spellEnd"/>
      <w:r>
        <w:t xml:space="preserve"> / </w:t>
      </w:r>
      <w:proofErr w:type="spellStart"/>
      <w:r>
        <w:t>działania</w:t>
      </w:r>
      <w:proofErr w:type="spellEnd"/>
      <w:r>
        <w:t>:</w:t>
      </w:r>
    </w:p>
    <w:p w14:paraId="41F09B11" w14:textId="77777777" w:rsidR="005B621E" w:rsidRDefault="00F220FC">
      <w:r>
        <w:t>................................................................................................................................</w:t>
      </w:r>
    </w:p>
    <w:p w14:paraId="4679C4AD" w14:textId="77777777" w:rsidR="005B621E" w:rsidRDefault="00F220FC">
      <w:proofErr w:type="spellStart"/>
      <w:r>
        <w:t>Kategoria</w:t>
      </w:r>
      <w:proofErr w:type="spellEnd"/>
      <w:r>
        <w:t xml:space="preserve">, w </w:t>
      </w:r>
      <w:proofErr w:type="spellStart"/>
      <w:r>
        <w:t>którą</w:t>
      </w:r>
      <w:proofErr w:type="spellEnd"/>
      <w:r>
        <w:t xml:space="preserve"> </w:t>
      </w:r>
      <w:proofErr w:type="spellStart"/>
      <w:r>
        <w:t>wpisuje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zgłaszane</w:t>
      </w:r>
      <w:proofErr w:type="spellEnd"/>
      <w:r>
        <w:t xml:space="preserve"> </w:t>
      </w:r>
      <w:proofErr w:type="spellStart"/>
      <w:r>
        <w:t>działanie</w:t>
      </w:r>
      <w:proofErr w:type="spellEnd"/>
      <w:r>
        <w:t>:</w:t>
      </w:r>
    </w:p>
    <w:p w14:paraId="487AF118" w14:textId="77777777" w:rsidR="005B621E" w:rsidRDefault="00F220FC">
      <w:r>
        <w:t xml:space="preserve">☐ </w:t>
      </w:r>
      <w:proofErr w:type="spellStart"/>
      <w:r>
        <w:t>Mistrz</w:t>
      </w:r>
      <w:proofErr w:type="spellEnd"/>
      <w:r>
        <w:t xml:space="preserve"> </w:t>
      </w:r>
      <w:proofErr w:type="spellStart"/>
      <w:r>
        <w:t>bioodpadów</w:t>
      </w:r>
      <w:proofErr w:type="spellEnd"/>
    </w:p>
    <w:p w14:paraId="2F80142A" w14:textId="77777777" w:rsidR="005B621E" w:rsidRDefault="00F220FC">
      <w:r>
        <w:t xml:space="preserve">☐ </w:t>
      </w:r>
      <w:proofErr w:type="spellStart"/>
      <w:r>
        <w:t>Drugie</w:t>
      </w:r>
      <w:proofErr w:type="spellEnd"/>
      <w:r>
        <w:t xml:space="preserve"> </w:t>
      </w:r>
      <w:proofErr w:type="spellStart"/>
      <w:r>
        <w:t>życie</w:t>
      </w:r>
      <w:proofErr w:type="spellEnd"/>
      <w:r>
        <w:t xml:space="preserve"> </w:t>
      </w:r>
      <w:proofErr w:type="spellStart"/>
      <w:r>
        <w:t>produktów</w:t>
      </w:r>
      <w:proofErr w:type="spellEnd"/>
    </w:p>
    <w:p w14:paraId="5F925F0E" w14:textId="77777777" w:rsidR="005B621E" w:rsidRDefault="00F220FC">
      <w:r>
        <w:t xml:space="preserve">☐ </w:t>
      </w:r>
      <w:proofErr w:type="spellStart"/>
      <w:r>
        <w:t>Gmina</w:t>
      </w:r>
      <w:proofErr w:type="spellEnd"/>
      <w:r>
        <w:t xml:space="preserve"> bez </w:t>
      </w:r>
      <w:proofErr w:type="spellStart"/>
      <w:r>
        <w:t>marnowania</w:t>
      </w:r>
      <w:proofErr w:type="spellEnd"/>
      <w:r>
        <w:t xml:space="preserve"> </w:t>
      </w:r>
      <w:proofErr w:type="spellStart"/>
      <w:r>
        <w:t>żywności</w:t>
      </w:r>
      <w:proofErr w:type="spellEnd"/>
    </w:p>
    <w:p w14:paraId="0D558716" w14:textId="77777777" w:rsidR="005B621E" w:rsidRDefault="00F220FC">
      <w:r>
        <w:t xml:space="preserve">☐ </w:t>
      </w:r>
      <w:proofErr w:type="spellStart"/>
      <w:r>
        <w:t>Innowacja</w:t>
      </w:r>
      <w:proofErr w:type="spellEnd"/>
      <w:r>
        <w:t xml:space="preserve"> GOZ</w:t>
      </w:r>
    </w:p>
    <w:p w14:paraId="252C1928" w14:textId="77777777" w:rsidR="005B621E" w:rsidRDefault="00F220FC">
      <w:r>
        <w:rPr>
          <w:b/>
          <w:sz w:val="22"/>
        </w:rPr>
        <w:t xml:space="preserve">3. DIAGNOZA PROBLEMU – </w:t>
      </w:r>
      <w:proofErr w:type="spellStart"/>
      <w:r>
        <w:rPr>
          <w:b/>
          <w:sz w:val="22"/>
        </w:rPr>
        <w:t>maks</w:t>
      </w:r>
      <w:proofErr w:type="spellEnd"/>
      <w:r>
        <w:rPr>
          <w:b/>
          <w:sz w:val="22"/>
        </w:rPr>
        <w:t xml:space="preserve">. 1 000 </w:t>
      </w:r>
      <w:proofErr w:type="spellStart"/>
      <w:r>
        <w:rPr>
          <w:b/>
          <w:sz w:val="22"/>
        </w:rPr>
        <w:t>znaków</w:t>
      </w:r>
      <w:proofErr w:type="spellEnd"/>
    </w:p>
    <w:p w14:paraId="27CDD5EB" w14:textId="77777777" w:rsidR="005B621E" w:rsidRDefault="00F220FC">
      <w:proofErr w:type="spellStart"/>
      <w:r>
        <w:t>Jakie</w:t>
      </w:r>
      <w:proofErr w:type="spellEnd"/>
      <w:r>
        <w:t xml:space="preserve"> </w:t>
      </w:r>
      <w:proofErr w:type="spellStart"/>
      <w:r>
        <w:t>zjawisko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problem </w:t>
      </w:r>
      <w:proofErr w:type="spellStart"/>
      <w:r>
        <w:t>wymagał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>?</w:t>
      </w:r>
    </w:p>
    <w:p w14:paraId="1E946FAA" w14:textId="77777777" w:rsidR="005B621E" w:rsidRDefault="00F220FC">
      <w:r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</w:r>
    </w:p>
    <w:p w14:paraId="3F8C97B0" w14:textId="77777777" w:rsidR="005B621E" w:rsidRDefault="00F220FC">
      <w:r>
        <w:rPr>
          <w:b/>
          <w:sz w:val="22"/>
        </w:rPr>
        <w:t xml:space="preserve">4. OPIS WDROŻONEGO DZIAŁANIA – </w:t>
      </w:r>
      <w:proofErr w:type="spellStart"/>
      <w:r>
        <w:rPr>
          <w:b/>
          <w:sz w:val="22"/>
        </w:rPr>
        <w:t>maks</w:t>
      </w:r>
      <w:proofErr w:type="spellEnd"/>
      <w:r>
        <w:rPr>
          <w:b/>
          <w:sz w:val="22"/>
        </w:rPr>
        <w:t xml:space="preserve">. 2 000 </w:t>
      </w:r>
      <w:proofErr w:type="spellStart"/>
      <w:r>
        <w:rPr>
          <w:b/>
          <w:sz w:val="22"/>
        </w:rPr>
        <w:t>znaków</w:t>
      </w:r>
      <w:proofErr w:type="spellEnd"/>
    </w:p>
    <w:p w14:paraId="0FA406FE" w14:textId="77777777" w:rsidR="005B621E" w:rsidRDefault="00F220FC">
      <w:r>
        <w:lastRenderedPageBreak/>
        <w:t xml:space="preserve">Co </w:t>
      </w:r>
      <w:proofErr w:type="spellStart"/>
      <w:r>
        <w:t>zostało</w:t>
      </w:r>
      <w:proofErr w:type="spellEnd"/>
      <w:r>
        <w:t xml:space="preserve"> </w:t>
      </w:r>
      <w:proofErr w:type="spellStart"/>
      <w:r>
        <w:t>wykonane</w:t>
      </w:r>
      <w:proofErr w:type="spellEnd"/>
      <w:r>
        <w:t xml:space="preserve">?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opisać</w:t>
      </w:r>
      <w:proofErr w:type="spellEnd"/>
      <w:r>
        <w:t xml:space="preserve"> </w:t>
      </w:r>
      <w:proofErr w:type="spellStart"/>
      <w:r>
        <w:t>zakres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,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realizacji</w:t>
      </w:r>
      <w:proofErr w:type="spellEnd"/>
      <w:r>
        <w:t xml:space="preserve">, </w:t>
      </w:r>
      <w:proofErr w:type="spellStart"/>
      <w:r>
        <w:t>czas</w:t>
      </w:r>
      <w:proofErr w:type="spellEnd"/>
      <w:r>
        <w:t xml:space="preserve"> </w:t>
      </w:r>
      <w:proofErr w:type="spellStart"/>
      <w:r>
        <w:t>wdrożenia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podmioty</w:t>
      </w:r>
      <w:proofErr w:type="spellEnd"/>
      <w:r>
        <w:t xml:space="preserve"> </w:t>
      </w:r>
      <w:proofErr w:type="spellStart"/>
      <w:r>
        <w:t>zaangażowane</w:t>
      </w:r>
      <w:proofErr w:type="spellEnd"/>
      <w:r>
        <w:t xml:space="preserve"> w </w:t>
      </w:r>
      <w:proofErr w:type="spellStart"/>
      <w:r>
        <w:t>realizację</w:t>
      </w:r>
      <w:proofErr w:type="spellEnd"/>
      <w:r>
        <w:t>.</w:t>
      </w:r>
    </w:p>
    <w:p w14:paraId="22ACFFC3" w14:textId="77777777" w:rsidR="005B621E" w:rsidRDefault="00F220FC">
      <w:r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</w:r>
    </w:p>
    <w:p w14:paraId="61DCAC3C" w14:textId="77777777" w:rsidR="005B621E" w:rsidRDefault="00F220FC">
      <w:r>
        <w:rPr>
          <w:b/>
          <w:sz w:val="22"/>
        </w:rPr>
        <w:t xml:space="preserve">5. OSIĄGNIĘTE EFEKTY – </w:t>
      </w:r>
      <w:proofErr w:type="spellStart"/>
      <w:r>
        <w:rPr>
          <w:b/>
          <w:sz w:val="22"/>
        </w:rPr>
        <w:t>maks</w:t>
      </w:r>
      <w:proofErr w:type="spellEnd"/>
      <w:r>
        <w:rPr>
          <w:b/>
          <w:sz w:val="22"/>
        </w:rPr>
        <w:t xml:space="preserve">. 1 500 </w:t>
      </w:r>
      <w:proofErr w:type="spellStart"/>
      <w:r>
        <w:rPr>
          <w:b/>
          <w:sz w:val="22"/>
        </w:rPr>
        <w:t>znaków</w:t>
      </w:r>
      <w:proofErr w:type="spellEnd"/>
    </w:p>
    <w:p w14:paraId="69C8762D" w14:textId="77777777" w:rsidR="005B621E" w:rsidRDefault="00F220FC">
      <w:proofErr w:type="spellStart"/>
      <w:r>
        <w:t>Należy</w:t>
      </w:r>
      <w:proofErr w:type="spellEnd"/>
      <w:r>
        <w:t xml:space="preserve"> </w:t>
      </w:r>
      <w:proofErr w:type="spellStart"/>
      <w:r>
        <w:t>wskazać</w:t>
      </w:r>
      <w:proofErr w:type="spellEnd"/>
      <w:r>
        <w:t xml:space="preserve"> </w:t>
      </w:r>
      <w:proofErr w:type="spellStart"/>
      <w:r>
        <w:t>możliwie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mierzalne</w:t>
      </w:r>
      <w:proofErr w:type="spellEnd"/>
      <w:r>
        <w:t xml:space="preserve"> </w:t>
      </w:r>
      <w:proofErr w:type="spellStart"/>
      <w:r>
        <w:t>rezultaty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liczbę</w:t>
      </w:r>
      <w:proofErr w:type="spellEnd"/>
      <w:r>
        <w:t xml:space="preserve"> </w:t>
      </w:r>
      <w:proofErr w:type="spellStart"/>
      <w:r>
        <w:t>mieszkańców</w:t>
      </w:r>
      <w:proofErr w:type="spellEnd"/>
      <w:r>
        <w:t xml:space="preserve"> </w:t>
      </w:r>
      <w:proofErr w:type="spellStart"/>
      <w:r>
        <w:t>objętych</w:t>
      </w:r>
      <w:proofErr w:type="spellEnd"/>
      <w:r>
        <w:t xml:space="preserve"> </w:t>
      </w:r>
      <w:proofErr w:type="spellStart"/>
      <w:r>
        <w:t>działaniem</w:t>
      </w:r>
      <w:proofErr w:type="spellEnd"/>
      <w:r>
        <w:t xml:space="preserve">, </w:t>
      </w:r>
      <w:proofErr w:type="spellStart"/>
      <w:r>
        <w:t>masę</w:t>
      </w:r>
      <w:proofErr w:type="spellEnd"/>
      <w:r>
        <w:t xml:space="preserve"> </w:t>
      </w:r>
      <w:proofErr w:type="spellStart"/>
      <w:r>
        <w:t>odpadów</w:t>
      </w:r>
      <w:proofErr w:type="spellEnd"/>
      <w:r>
        <w:t xml:space="preserve">, </w:t>
      </w:r>
      <w:proofErr w:type="spellStart"/>
      <w:r>
        <w:t>której</w:t>
      </w:r>
      <w:proofErr w:type="spellEnd"/>
      <w:r>
        <w:t xml:space="preserve"> </w:t>
      </w:r>
      <w:proofErr w:type="spellStart"/>
      <w:r>
        <w:t>powstaniu</w:t>
      </w:r>
      <w:proofErr w:type="spellEnd"/>
      <w:r>
        <w:t xml:space="preserve"> </w:t>
      </w:r>
      <w:proofErr w:type="spellStart"/>
      <w:r>
        <w:t>zapobiegnięto</w:t>
      </w:r>
      <w:proofErr w:type="spellEnd"/>
      <w:r>
        <w:t xml:space="preserve">, </w:t>
      </w:r>
      <w:proofErr w:type="spellStart"/>
      <w:r>
        <w:t>liczbę</w:t>
      </w:r>
      <w:proofErr w:type="spellEnd"/>
      <w:r>
        <w:t xml:space="preserve"> </w:t>
      </w:r>
      <w:proofErr w:type="spellStart"/>
      <w:r>
        <w:t>przedmiotów</w:t>
      </w:r>
      <w:proofErr w:type="spellEnd"/>
      <w:r>
        <w:t xml:space="preserve"> </w:t>
      </w:r>
      <w:proofErr w:type="spellStart"/>
      <w:r>
        <w:t>przekazanych</w:t>
      </w:r>
      <w:proofErr w:type="spellEnd"/>
      <w:r>
        <w:t xml:space="preserve"> do </w:t>
      </w:r>
      <w:proofErr w:type="spellStart"/>
      <w:r>
        <w:t>ponownego</w:t>
      </w:r>
      <w:proofErr w:type="spellEnd"/>
      <w:r>
        <w:t xml:space="preserve"> </w:t>
      </w:r>
      <w:proofErr w:type="spellStart"/>
      <w:r>
        <w:t>użycia</w:t>
      </w:r>
      <w:proofErr w:type="spellEnd"/>
      <w:r>
        <w:t xml:space="preserve">, </w:t>
      </w:r>
      <w:proofErr w:type="spellStart"/>
      <w:r>
        <w:t>ilość</w:t>
      </w:r>
      <w:proofErr w:type="spellEnd"/>
      <w:r>
        <w:t xml:space="preserve"> </w:t>
      </w:r>
      <w:proofErr w:type="spellStart"/>
      <w:r>
        <w:t>uratowanej</w:t>
      </w:r>
      <w:proofErr w:type="spellEnd"/>
      <w:r>
        <w:t xml:space="preserve"> </w:t>
      </w:r>
      <w:proofErr w:type="spellStart"/>
      <w:r>
        <w:t>żywności</w:t>
      </w:r>
      <w:proofErr w:type="spellEnd"/>
      <w:r>
        <w:t xml:space="preserve">, </w:t>
      </w:r>
      <w:proofErr w:type="spellStart"/>
      <w:r>
        <w:t>liczbę</w:t>
      </w:r>
      <w:proofErr w:type="spellEnd"/>
      <w:r>
        <w:t xml:space="preserve"> </w:t>
      </w:r>
      <w:proofErr w:type="spellStart"/>
      <w:r>
        <w:t>uczestników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efekty</w:t>
      </w:r>
      <w:proofErr w:type="spellEnd"/>
      <w:r>
        <w:t xml:space="preserve"> </w:t>
      </w:r>
      <w:proofErr w:type="spellStart"/>
      <w:r>
        <w:t>środowiskowe</w:t>
      </w:r>
      <w:proofErr w:type="spellEnd"/>
      <w:r>
        <w:t>.</w:t>
      </w:r>
    </w:p>
    <w:p w14:paraId="4A6A8A44" w14:textId="77777777" w:rsidR="005B621E" w:rsidRDefault="00F220FC">
      <w:r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</w:r>
    </w:p>
    <w:p w14:paraId="74473E72" w14:textId="77777777" w:rsidR="005B621E" w:rsidRDefault="00F220FC">
      <w:r>
        <w:rPr>
          <w:b/>
          <w:sz w:val="22"/>
        </w:rPr>
        <w:t xml:space="preserve">6. INNOWACYJNOŚĆ ROZWIĄZANIA – </w:t>
      </w:r>
      <w:proofErr w:type="spellStart"/>
      <w:r>
        <w:rPr>
          <w:b/>
          <w:sz w:val="22"/>
        </w:rPr>
        <w:t>maks</w:t>
      </w:r>
      <w:proofErr w:type="spellEnd"/>
      <w:r>
        <w:rPr>
          <w:b/>
          <w:sz w:val="22"/>
        </w:rPr>
        <w:t xml:space="preserve">. 1 000 </w:t>
      </w:r>
      <w:proofErr w:type="spellStart"/>
      <w:r>
        <w:rPr>
          <w:b/>
          <w:sz w:val="22"/>
        </w:rPr>
        <w:t>znaków</w:t>
      </w:r>
      <w:proofErr w:type="spellEnd"/>
    </w:p>
    <w:p w14:paraId="6C33A342" w14:textId="77777777" w:rsidR="005B621E" w:rsidRDefault="00F220FC">
      <w:r>
        <w:t xml:space="preserve">Na </w:t>
      </w:r>
      <w:proofErr w:type="spellStart"/>
      <w:r>
        <w:t>czym</w:t>
      </w:r>
      <w:proofErr w:type="spellEnd"/>
      <w:r>
        <w:t xml:space="preserve"> </w:t>
      </w:r>
      <w:proofErr w:type="spellStart"/>
      <w:r>
        <w:t>polega</w:t>
      </w:r>
      <w:proofErr w:type="spellEnd"/>
      <w:r>
        <w:t xml:space="preserve"> </w:t>
      </w:r>
      <w:proofErr w:type="spellStart"/>
      <w:r>
        <w:t>nowatorstwo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 xml:space="preserve">? Co </w:t>
      </w:r>
      <w:proofErr w:type="spellStart"/>
      <w:r>
        <w:t>wyróżnia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tle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>?</w:t>
      </w:r>
    </w:p>
    <w:p w14:paraId="140B00F5" w14:textId="77777777" w:rsidR="005B621E" w:rsidRDefault="00F220FC">
      <w:r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</w:r>
    </w:p>
    <w:p w14:paraId="053072BA" w14:textId="77777777" w:rsidR="005B621E" w:rsidRDefault="00F220FC">
      <w:r>
        <w:rPr>
          <w:b/>
          <w:sz w:val="22"/>
        </w:rPr>
        <w:t>7. MOŻLIWOŚĆ POWIELENIA ROZWIĄZANIA PRZEZ INNE GMINY</w:t>
      </w:r>
    </w:p>
    <w:p w14:paraId="2EADF422" w14:textId="77777777" w:rsidR="005B621E" w:rsidRDefault="00F220FC">
      <w:proofErr w:type="spellStart"/>
      <w:r>
        <w:t>Czy</w:t>
      </w:r>
      <w:proofErr w:type="spellEnd"/>
      <w:r>
        <w:t xml:space="preserve"> </w:t>
      </w:r>
      <w:proofErr w:type="spellStart"/>
      <w:r>
        <w:t>zgłoszone</w:t>
      </w:r>
      <w:proofErr w:type="spellEnd"/>
      <w:r>
        <w:t xml:space="preserve"> </w:t>
      </w:r>
      <w:proofErr w:type="spellStart"/>
      <w:r>
        <w:t>rozwiązanie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wdrożone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gminy</w:t>
      </w:r>
      <w:proofErr w:type="spellEnd"/>
      <w:r>
        <w:t>?</w:t>
      </w:r>
    </w:p>
    <w:p w14:paraId="627B766B" w14:textId="77777777" w:rsidR="005B621E" w:rsidRDefault="00F220FC">
      <w:r>
        <w:t>☐ TAK     ☐ NIE</w:t>
      </w:r>
    </w:p>
    <w:p w14:paraId="357ADE4F" w14:textId="77777777" w:rsidR="005B621E" w:rsidRDefault="00F220FC">
      <w:proofErr w:type="spellStart"/>
      <w:r>
        <w:t>Jeżeli</w:t>
      </w:r>
      <w:proofErr w:type="spellEnd"/>
      <w:r>
        <w:t xml:space="preserve"> TAK – </w:t>
      </w:r>
      <w:proofErr w:type="spellStart"/>
      <w:r>
        <w:t>proszę</w:t>
      </w:r>
      <w:proofErr w:type="spellEnd"/>
      <w:r>
        <w:t xml:space="preserve"> </w:t>
      </w:r>
      <w:proofErr w:type="spellStart"/>
      <w:r>
        <w:t>krótko</w:t>
      </w:r>
      <w:proofErr w:type="spellEnd"/>
      <w:r>
        <w:t xml:space="preserve"> </w:t>
      </w:r>
      <w:proofErr w:type="spellStart"/>
      <w:r>
        <w:t>opisać</w:t>
      </w:r>
      <w:proofErr w:type="spellEnd"/>
      <w:r>
        <w:t xml:space="preserve">, </w:t>
      </w:r>
      <w:proofErr w:type="spellStart"/>
      <w:r>
        <w:t>jakie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niezbędne</w:t>
      </w:r>
      <w:proofErr w:type="spellEnd"/>
      <w:r>
        <w:t xml:space="preserve"> do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powielenia</w:t>
      </w:r>
      <w:proofErr w:type="spellEnd"/>
      <w:r>
        <w:t>:</w:t>
      </w:r>
    </w:p>
    <w:p w14:paraId="45AF44B5" w14:textId="77777777" w:rsidR="005B621E" w:rsidRDefault="00F220FC">
      <w:r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</w:r>
      <w:r>
        <w:lastRenderedPageBreak/>
        <w:t>................................................................................................................................</w:t>
      </w:r>
      <w:r>
        <w:br/>
      </w:r>
    </w:p>
    <w:p w14:paraId="6FEB9C95" w14:textId="77777777" w:rsidR="005B621E" w:rsidRDefault="00F220FC">
      <w:r>
        <w:rPr>
          <w:b/>
          <w:sz w:val="22"/>
        </w:rPr>
        <w:t xml:space="preserve">8. TRWAŁOŚĆ PRZEDSIĘWZIĘCIA – </w:t>
      </w:r>
      <w:proofErr w:type="spellStart"/>
      <w:r>
        <w:rPr>
          <w:b/>
          <w:sz w:val="22"/>
        </w:rPr>
        <w:t>opcjonalnie</w:t>
      </w:r>
      <w:proofErr w:type="spellEnd"/>
      <w:r>
        <w:rPr>
          <w:b/>
          <w:sz w:val="22"/>
        </w:rPr>
        <w:t xml:space="preserve">, </w:t>
      </w:r>
      <w:proofErr w:type="spellStart"/>
      <w:r>
        <w:rPr>
          <w:b/>
          <w:sz w:val="22"/>
        </w:rPr>
        <w:t>jeżeli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działanie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nie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było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jednorazowe</w:t>
      </w:r>
      <w:proofErr w:type="spellEnd"/>
    </w:p>
    <w:p w14:paraId="3CE2EF40" w14:textId="77777777" w:rsidR="005B621E" w:rsidRDefault="00F220FC">
      <w:proofErr w:type="spellStart"/>
      <w:r>
        <w:t>Należy</w:t>
      </w:r>
      <w:proofErr w:type="spellEnd"/>
      <w:r>
        <w:t xml:space="preserve"> </w:t>
      </w:r>
      <w:proofErr w:type="spellStart"/>
      <w:r>
        <w:t>opisać</w:t>
      </w:r>
      <w:proofErr w:type="spellEnd"/>
      <w:r>
        <w:t xml:space="preserve">, w </w:t>
      </w:r>
      <w:proofErr w:type="spellStart"/>
      <w:r>
        <w:t>jaki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zapewniona</w:t>
      </w:r>
      <w:proofErr w:type="spellEnd"/>
      <w:r>
        <w:t xml:space="preserve"> jest </w:t>
      </w:r>
      <w:proofErr w:type="spellStart"/>
      <w:r>
        <w:t>kontynuacja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,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trwałość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możliwość</w:t>
      </w:r>
      <w:proofErr w:type="spellEnd"/>
      <w:r>
        <w:t xml:space="preserve"> </w:t>
      </w:r>
      <w:proofErr w:type="spellStart"/>
      <w:r>
        <w:t>dalszego</w:t>
      </w:r>
      <w:proofErr w:type="spellEnd"/>
      <w:r>
        <w:t xml:space="preserve"> </w:t>
      </w:r>
      <w:proofErr w:type="spellStart"/>
      <w:r>
        <w:t>rozwoju</w:t>
      </w:r>
      <w:proofErr w:type="spellEnd"/>
      <w:r>
        <w:t>.</w:t>
      </w:r>
    </w:p>
    <w:p w14:paraId="69012C1C" w14:textId="77777777" w:rsidR="005B621E" w:rsidRDefault="00F220FC">
      <w:r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</w:t>
      </w:r>
      <w:r>
        <w:br/>
      </w:r>
    </w:p>
    <w:p w14:paraId="6D062169" w14:textId="77777777" w:rsidR="005B621E" w:rsidRDefault="00F220FC">
      <w:r>
        <w:rPr>
          <w:b/>
          <w:sz w:val="22"/>
        </w:rPr>
        <w:t>9. ZAŁĄCZNIKI</w:t>
      </w:r>
    </w:p>
    <w:p w14:paraId="1F3CA0EC" w14:textId="77777777" w:rsidR="005B621E" w:rsidRDefault="00F220FC">
      <w:r>
        <w:t xml:space="preserve">Do </w:t>
      </w:r>
      <w:proofErr w:type="spellStart"/>
      <w:r>
        <w:t>zgłoszenia</w:t>
      </w:r>
      <w:proofErr w:type="spellEnd"/>
      <w:r>
        <w:t xml:space="preserve">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dołączyć</w:t>
      </w:r>
      <w:proofErr w:type="spellEnd"/>
      <w:r>
        <w:t xml:space="preserve"> w </w:t>
      </w:r>
      <w:proofErr w:type="spellStart"/>
      <w:r>
        <w:t>szczególności</w:t>
      </w:r>
      <w:proofErr w:type="spellEnd"/>
      <w:r>
        <w:t>:</w:t>
      </w:r>
    </w:p>
    <w:p w14:paraId="73F6473C" w14:textId="77777777" w:rsidR="005B621E" w:rsidRDefault="00F220FC">
      <w:r>
        <w:t xml:space="preserve">☐ </w:t>
      </w:r>
      <w:proofErr w:type="spellStart"/>
      <w:r>
        <w:t>fotografie</w:t>
      </w:r>
      <w:proofErr w:type="spellEnd"/>
    </w:p>
    <w:p w14:paraId="4A17D044" w14:textId="77777777" w:rsidR="005B621E" w:rsidRDefault="00F220FC">
      <w:r>
        <w:t>☐ filmy</w:t>
      </w:r>
    </w:p>
    <w:p w14:paraId="0E9DAA21" w14:textId="77777777" w:rsidR="005B621E" w:rsidRDefault="00F220FC">
      <w:r>
        <w:t xml:space="preserve">☐ </w:t>
      </w:r>
      <w:proofErr w:type="spellStart"/>
      <w:r>
        <w:t>materiały</w:t>
      </w:r>
      <w:proofErr w:type="spellEnd"/>
      <w:r>
        <w:t xml:space="preserve"> </w:t>
      </w:r>
      <w:proofErr w:type="spellStart"/>
      <w:r>
        <w:t>promocyjne</w:t>
      </w:r>
      <w:proofErr w:type="spellEnd"/>
    </w:p>
    <w:p w14:paraId="51947D44" w14:textId="77777777" w:rsidR="005B621E" w:rsidRDefault="00F220FC">
      <w:r>
        <w:t xml:space="preserve">☐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materiały</w:t>
      </w:r>
      <w:proofErr w:type="spellEnd"/>
      <w:r>
        <w:t xml:space="preserve"> </w:t>
      </w:r>
      <w:proofErr w:type="spellStart"/>
      <w:r>
        <w:t>dokumentujące</w:t>
      </w:r>
      <w:proofErr w:type="spellEnd"/>
      <w:r>
        <w:t xml:space="preserve"> </w:t>
      </w:r>
      <w:proofErr w:type="spellStart"/>
      <w:r>
        <w:t>realizację</w:t>
      </w:r>
      <w:proofErr w:type="spellEnd"/>
      <w:r>
        <w:t xml:space="preserve"> </w:t>
      </w:r>
      <w:proofErr w:type="spellStart"/>
      <w:r>
        <w:t>przedsięwzięcia</w:t>
      </w:r>
      <w:proofErr w:type="spellEnd"/>
      <w:r>
        <w:t>: ................................................</w:t>
      </w:r>
    </w:p>
    <w:p w14:paraId="48968C45" w14:textId="77777777" w:rsidR="005B621E" w:rsidRDefault="00F220FC">
      <w:r>
        <w:rPr>
          <w:b/>
          <w:sz w:val="22"/>
        </w:rPr>
        <w:t>10. OŚWIADCZENIE</w:t>
      </w:r>
    </w:p>
    <w:p w14:paraId="5290027D" w14:textId="77777777" w:rsidR="005B621E" w:rsidRDefault="00F220FC"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przedstawione</w:t>
      </w:r>
      <w:proofErr w:type="spellEnd"/>
      <w:r>
        <w:t xml:space="preserve"> w </w:t>
      </w:r>
      <w:proofErr w:type="spellStart"/>
      <w:r>
        <w:t>niniejszym</w:t>
      </w:r>
      <w:proofErr w:type="spellEnd"/>
      <w:r>
        <w:t xml:space="preserve"> </w:t>
      </w:r>
      <w:proofErr w:type="spellStart"/>
      <w:r>
        <w:t>formularzu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zgodne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stanem</w:t>
      </w:r>
      <w:proofErr w:type="spellEnd"/>
      <w:r>
        <w:t xml:space="preserve"> </w:t>
      </w:r>
      <w:proofErr w:type="spellStart"/>
      <w:r>
        <w:t>faktycznym</w:t>
      </w:r>
      <w:proofErr w:type="spellEnd"/>
      <w:r>
        <w:t xml:space="preserve">, a </w:t>
      </w:r>
      <w:proofErr w:type="spellStart"/>
      <w:r>
        <w:t>zgłoszone</w:t>
      </w:r>
      <w:proofErr w:type="spellEnd"/>
      <w:r>
        <w:t xml:space="preserve"> </w:t>
      </w:r>
      <w:proofErr w:type="spellStart"/>
      <w:r>
        <w:t>przedsięwzięcie</w:t>
      </w:r>
      <w:proofErr w:type="spellEnd"/>
      <w:r>
        <w:t xml:space="preserve"> </w:t>
      </w:r>
      <w:proofErr w:type="spellStart"/>
      <w:r>
        <w:t>zostało</w:t>
      </w:r>
      <w:proofErr w:type="spellEnd"/>
      <w:r>
        <w:t xml:space="preserve"> </w:t>
      </w:r>
      <w:proofErr w:type="spellStart"/>
      <w:r>
        <w:t>wdrożone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terenie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przyczyniło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do </w:t>
      </w:r>
      <w:proofErr w:type="spellStart"/>
      <w:r>
        <w:t>ograniczenia</w:t>
      </w:r>
      <w:proofErr w:type="spellEnd"/>
      <w:r>
        <w:t xml:space="preserve"> </w:t>
      </w:r>
      <w:proofErr w:type="spellStart"/>
      <w:r>
        <w:t>powstawania</w:t>
      </w:r>
      <w:proofErr w:type="spellEnd"/>
      <w:r>
        <w:t xml:space="preserve"> </w:t>
      </w:r>
      <w:proofErr w:type="spellStart"/>
      <w:r>
        <w:t>odpadów</w:t>
      </w:r>
      <w:proofErr w:type="spellEnd"/>
      <w:r>
        <w:t>.</w:t>
      </w:r>
    </w:p>
    <w:p w14:paraId="79BC63ED" w14:textId="77777777" w:rsidR="005B621E" w:rsidRDefault="00F220FC">
      <w:r>
        <w:br/>
      </w:r>
      <w:proofErr w:type="spellStart"/>
      <w:r>
        <w:t>Miejscowość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data: ....................................................</w:t>
      </w:r>
    </w:p>
    <w:p w14:paraId="4B52783A" w14:textId="77777777" w:rsidR="005B621E" w:rsidRDefault="00F220FC"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upoważnionej</w:t>
      </w:r>
      <w:proofErr w:type="spellEnd"/>
      <w:r>
        <w:t xml:space="preserve"> do </w:t>
      </w:r>
      <w:proofErr w:type="spellStart"/>
      <w:r>
        <w:t>reprezentowania</w:t>
      </w:r>
      <w:proofErr w:type="spellEnd"/>
      <w:r>
        <w:t xml:space="preserve"> </w:t>
      </w:r>
      <w:proofErr w:type="spellStart"/>
      <w:r>
        <w:t>gminy</w:t>
      </w:r>
      <w:proofErr w:type="spellEnd"/>
      <w:r>
        <w:t>: ....................................................</w:t>
      </w:r>
    </w:p>
    <w:p w14:paraId="35DB3019" w14:textId="77777777" w:rsidR="005B621E" w:rsidRDefault="00F220FC">
      <w:proofErr w:type="spellStart"/>
      <w:r>
        <w:t>Stanowisko</w:t>
      </w:r>
      <w:proofErr w:type="spellEnd"/>
      <w:r>
        <w:t>: ................................................................................................</w:t>
      </w:r>
    </w:p>
    <w:p w14:paraId="34D0FF8E" w14:textId="77777777" w:rsidR="005B621E" w:rsidRDefault="00F220FC">
      <w:proofErr w:type="spellStart"/>
      <w:r>
        <w:t>Podpis</w:t>
      </w:r>
      <w:proofErr w:type="spellEnd"/>
      <w:r>
        <w:t>: ........................................................................................................</w:t>
      </w:r>
    </w:p>
    <w:p w14:paraId="50E8C792" w14:textId="77777777" w:rsidR="005B621E" w:rsidRDefault="00F220FC">
      <w:r>
        <w:br w:type="page"/>
      </w:r>
    </w:p>
    <w:p w14:paraId="0D3D15D7" w14:textId="77777777" w:rsidR="005B621E" w:rsidRDefault="00F220FC" w:rsidP="00E0365A">
      <w:pPr>
        <w:jc w:val="both"/>
      </w:pPr>
      <w:r>
        <w:rPr>
          <w:b/>
          <w:sz w:val="28"/>
        </w:rPr>
        <w:lastRenderedPageBreak/>
        <w:t>INSTRUKCJA WYPEŁNIENIA FORMULARZA ZGŁOSZENIOWEGO</w:t>
      </w:r>
    </w:p>
    <w:p w14:paraId="7B7B9EDC" w14:textId="49B1123C" w:rsidR="005B621E" w:rsidRDefault="00F220FC" w:rsidP="00E0365A">
      <w:pPr>
        <w:jc w:val="both"/>
      </w:pPr>
      <w:r>
        <w:rPr>
          <w:b/>
        </w:rPr>
        <w:t xml:space="preserve">1. Dane </w:t>
      </w:r>
      <w:proofErr w:type="spellStart"/>
      <w:r>
        <w:rPr>
          <w:b/>
        </w:rPr>
        <w:t>gminy</w:t>
      </w:r>
      <w:proofErr w:type="spellEnd"/>
      <w:r>
        <w:rPr>
          <w:b/>
        </w:rP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podać</w:t>
      </w:r>
      <w:proofErr w:type="spellEnd"/>
      <w:r>
        <w:t xml:space="preserve"> </w:t>
      </w:r>
      <w:proofErr w:type="spellStart"/>
      <w:r>
        <w:t>pełną</w:t>
      </w:r>
      <w:proofErr w:type="spellEnd"/>
      <w:r>
        <w:t xml:space="preserve"> </w:t>
      </w:r>
      <w:proofErr w:type="spellStart"/>
      <w:r>
        <w:t>nazwę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upoważnionej</w:t>
      </w:r>
      <w:proofErr w:type="spellEnd"/>
      <w:r>
        <w:t xml:space="preserve"> do </w:t>
      </w:r>
      <w:proofErr w:type="spellStart"/>
      <w:r>
        <w:t>kontaktu</w:t>
      </w:r>
      <w:proofErr w:type="spellEnd"/>
      <w:r>
        <w:t xml:space="preserve"> </w:t>
      </w:r>
      <w:r w:rsidR="00E0365A">
        <w:br/>
      </w:r>
      <w:bookmarkStart w:id="0" w:name="_GoBack"/>
      <w:bookmarkEnd w:id="0"/>
      <w:r>
        <w:t xml:space="preserve">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zgłoszenia</w:t>
      </w:r>
      <w:proofErr w:type="spellEnd"/>
      <w:r>
        <w:t>.</w:t>
      </w:r>
    </w:p>
    <w:p w14:paraId="508A623F" w14:textId="1FBF05E9" w:rsidR="005B621E" w:rsidRDefault="00F220FC" w:rsidP="00E0365A">
      <w:pPr>
        <w:jc w:val="both"/>
      </w:pPr>
      <w:r>
        <w:rPr>
          <w:b/>
        </w:rPr>
        <w:t xml:space="preserve">2. </w:t>
      </w:r>
      <w:proofErr w:type="spellStart"/>
      <w:r>
        <w:rPr>
          <w:b/>
        </w:rPr>
        <w:t>Zgłaszana</w:t>
      </w:r>
      <w:proofErr w:type="spellEnd"/>
      <w:r>
        <w:rPr>
          <w:b/>
        </w:rPr>
        <w:t xml:space="preserve"> dobra </w:t>
      </w:r>
      <w:proofErr w:type="spellStart"/>
      <w:r>
        <w:rPr>
          <w:b/>
        </w:rPr>
        <w:t>praktyka</w:t>
      </w:r>
      <w:proofErr w:type="spellEnd"/>
      <w:r>
        <w:rPr>
          <w:b/>
        </w:rP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wskazać</w:t>
      </w:r>
      <w:proofErr w:type="spellEnd"/>
      <w:r>
        <w:t xml:space="preserve"> </w:t>
      </w:r>
      <w:proofErr w:type="spellStart"/>
      <w:r>
        <w:t>nazwę</w:t>
      </w:r>
      <w:proofErr w:type="spellEnd"/>
      <w:r>
        <w:t xml:space="preserve"> </w:t>
      </w:r>
      <w:proofErr w:type="spellStart"/>
      <w:r>
        <w:t>zgłaszanego</w:t>
      </w:r>
      <w:proofErr w:type="spellEnd"/>
      <w:r>
        <w:t xml:space="preserve"> </w:t>
      </w:r>
      <w:proofErr w:type="spellStart"/>
      <w:r>
        <w:t>przedsięwzięcia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zaznaczyć</w:t>
      </w:r>
      <w:proofErr w:type="spellEnd"/>
      <w:r>
        <w:t xml:space="preserve"> </w:t>
      </w:r>
      <w:proofErr w:type="spellStart"/>
      <w:r>
        <w:t>jedną</w:t>
      </w:r>
      <w:proofErr w:type="spellEnd"/>
      <w:r>
        <w:t xml:space="preserve"> </w:t>
      </w:r>
      <w:proofErr w:type="spellStart"/>
      <w:r>
        <w:t>kategorię</w:t>
      </w:r>
      <w:proofErr w:type="spellEnd"/>
      <w:r>
        <w:t xml:space="preserve">, w </w:t>
      </w:r>
      <w:proofErr w:type="spellStart"/>
      <w:r>
        <w:t>którą</w:t>
      </w:r>
      <w:proofErr w:type="spellEnd"/>
      <w:r>
        <w:t xml:space="preserve"> </w:t>
      </w:r>
      <w:proofErr w:type="spellStart"/>
      <w:r>
        <w:t>wpisuje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działanie</w:t>
      </w:r>
      <w:proofErr w:type="spellEnd"/>
      <w:r>
        <w:t xml:space="preserve">.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każda</w:t>
      </w:r>
      <w:proofErr w:type="spellEnd"/>
      <w:r>
        <w:t xml:space="preserve"> </w:t>
      </w:r>
      <w:proofErr w:type="spellStart"/>
      <w:r>
        <w:t>gmina</w:t>
      </w:r>
      <w:proofErr w:type="spellEnd"/>
      <w:r>
        <w:t xml:space="preserve"> </w:t>
      </w:r>
      <w:proofErr w:type="spellStart"/>
      <w:r>
        <w:t>zgłasza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przedsięwzięcie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pakiet</w:t>
      </w:r>
      <w:proofErr w:type="spellEnd"/>
      <w:r>
        <w:t xml:space="preserve"> </w:t>
      </w:r>
      <w:proofErr w:type="spellStart"/>
      <w:r>
        <w:t>powiązanych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 xml:space="preserve"> </w:t>
      </w:r>
      <w:proofErr w:type="spellStart"/>
      <w:r>
        <w:t>wdrożonych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terenie</w:t>
      </w:r>
      <w:proofErr w:type="spellEnd"/>
      <w:r>
        <w:t>.</w:t>
      </w:r>
    </w:p>
    <w:p w14:paraId="67E7DC55" w14:textId="595DE82A" w:rsidR="005B621E" w:rsidRDefault="00F220FC" w:rsidP="00E0365A">
      <w:pPr>
        <w:jc w:val="both"/>
      </w:pPr>
      <w:r>
        <w:rPr>
          <w:b/>
        </w:rPr>
        <w:t xml:space="preserve">3. </w:t>
      </w:r>
      <w:proofErr w:type="spellStart"/>
      <w:r>
        <w:rPr>
          <w:b/>
        </w:rPr>
        <w:t>Diagnoza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problemu</w:t>
      </w:r>
      <w:proofErr w:type="spellEnd"/>
      <w:r>
        <w:rPr>
          <w:b/>
        </w:rP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krótko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konkretnie</w:t>
      </w:r>
      <w:proofErr w:type="spellEnd"/>
      <w:r>
        <w:t xml:space="preserve"> </w:t>
      </w:r>
      <w:proofErr w:type="spellStart"/>
      <w:r>
        <w:t>opisać</w:t>
      </w:r>
      <w:proofErr w:type="spellEnd"/>
      <w:r>
        <w:t xml:space="preserve"> problem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zjawisko</w:t>
      </w:r>
      <w:proofErr w:type="spellEnd"/>
      <w:r>
        <w:t xml:space="preserve">, </w:t>
      </w:r>
      <w:proofErr w:type="spellStart"/>
      <w:r>
        <w:t>które</w:t>
      </w:r>
      <w:proofErr w:type="spellEnd"/>
      <w:r>
        <w:t xml:space="preserve"> </w:t>
      </w:r>
      <w:proofErr w:type="spellStart"/>
      <w:r>
        <w:t>było</w:t>
      </w:r>
      <w:proofErr w:type="spellEnd"/>
      <w:r>
        <w:t xml:space="preserve"> </w:t>
      </w:r>
      <w:proofErr w:type="spellStart"/>
      <w:r>
        <w:t>przyczyną</w:t>
      </w:r>
      <w:proofErr w:type="spellEnd"/>
      <w:r>
        <w:t xml:space="preserve"> </w:t>
      </w:r>
      <w:proofErr w:type="spellStart"/>
      <w:r>
        <w:t>podjęcia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. </w:t>
      </w:r>
      <w:proofErr w:type="spellStart"/>
      <w:r>
        <w:t>Maksymalna</w:t>
      </w:r>
      <w:proofErr w:type="spellEnd"/>
      <w:r>
        <w:t xml:space="preserve"> </w:t>
      </w:r>
      <w:proofErr w:type="spellStart"/>
      <w:r>
        <w:t>objętość</w:t>
      </w:r>
      <w:proofErr w:type="spellEnd"/>
      <w:r>
        <w:t xml:space="preserve">: 1 000 </w:t>
      </w:r>
      <w:proofErr w:type="spellStart"/>
      <w:r>
        <w:t>znaków</w:t>
      </w:r>
      <w:proofErr w:type="spellEnd"/>
      <w:r>
        <w:t>.</w:t>
      </w:r>
    </w:p>
    <w:p w14:paraId="44FC93BA" w14:textId="26709FD9" w:rsidR="005B621E" w:rsidRDefault="00F220FC" w:rsidP="00E0365A">
      <w:pPr>
        <w:jc w:val="both"/>
      </w:pPr>
      <w:r>
        <w:rPr>
          <w:b/>
        </w:rPr>
        <w:t xml:space="preserve">4. </w:t>
      </w:r>
      <w:proofErr w:type="spellStart"/>
      <w:r>
        <w:rPr>
          <w:b/>
        </w:rPr>
        <w:t>Opis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wdrożonego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działania</w:t>
      </w:r>
      <w:proofErr w:type="spellEnd"/>
      <w:r>
        <w:rPr>
          <w:b/>
        </w:rP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przedstawić</w:t>
      </w:r>
      <w:proofErr w:type="spellEnd"/>
      <w:r>
        <w:t xml:space="preserve">, co </w:t>
      </w:r>
      <w:proofErr w:type="spellStart"/>
      <w:r>
        <w:t>zostało</w:t>
      </w:r>
      <w:proofErr w:type="spellEnd"/>
      <w:r>
        <w:t xml:space="preserve"> </w:t>
      </w:r>
      <w:proofErr w:type="spellStart"/>
      <w:r>
        <w:t>wykonane</w:t>
      </w:r>
      <w:proofErr w:type="spellEnd"/>
      <w:r>
        <w:t xml:space="preserve">, w </w:t>
      </w:r>
      <w:proofErr w:type="spellStart"/>
      <w:r>
        <w:t>jaki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, </w:t>
      </w:r>
      <w:proofErr w:type="spellStart"/>
      <w:r>
        <w:t>kiedy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r w:rsidR="00E0365A">
        <w:br/>
      </w:r>
      <w:r>
        <w:t xml:space="preserve">z </w:t>
      </w:r>
      <w:proofErr w:type="spellStart"/>
      <w:r>
        <w:t>udziałem</w:t>
      </w:r>
      <w:proofErr w:type="spellEnd"/>
      <w:r>
        <w:t xml:space="preserve"> </w:t>
      </w:r>
      <w:proofErr w:type="spellStart"/>
      <w:r>
        <w:t>jakich</w:t>
      </w:r>
      <w:proofErr w:type="spellEnd"/>
      <w:r>
        <w:t xml:space="preserve"> </w:t>
      </w:r>
      <w:proofErr w:type="spellStart"/>
      <w:r>
        <w:t>podmiotów</w:t>
      </w:r>
      <w:proofErr w:type="spellEnd"/>
      <w:r>
        <w:t xml:space="preserve">.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powinien</w:t>
      </w:r>
      <w:proofErr w:type="spellEnd"/>
      <w:r>
        <w:t xml:space="preserve"> </w:t>
      </w:r>
      <w:proofErr w:type="spellStart"/>
      <w:r>
        <w:t>pozwolić</w:t>
      </w:r>
      <w:proofErr w:type="spellEnd"/>
      <w:r>
        <w:t xml:space="preserve"> </w:t>
      </w:r>
      <w:proofErr w:type="spellStart"/>
      <w:r>
        <w:t>Kapitule</w:t>
      </w:r>
      <w:proofErr w:type="spellEnd"/>
      <w:r>
        <w:t xml:space="preserve"> </w:t>
      </w:r>
      <w:proofErr w:type="spellStart"/>
      <w:r>
        <w:t>zrozumieć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funkcjonowania</w:t>
      </w:r>
      <w:proofErr w:type="spellEnd"/>
      <w:r>
        <w:t xml:space="preserve"> </w:t>
      </w:r>
      <w:proofErr w:type="spellStart"/>
      <w:r>
        <w:t>przedsięwzięcia</w:t>
      </w:r>
      <w:proofErr w:type="spellEnd"/>
      <w:r>
        <w:t xml:space="preserve">. </w:t>
      </w:r>
      <w:proofErr w:type="spellStart"/>
      <w:r>
        <w:t>Maksymalna</w:t>
      </w:r>
      <w:proofErr w:type="spellEnd"/>
      <w:r>
        <w:t xml:space="preserve"> </w:t>
      </w:r>
      <w:proofErr w:type="spellStart"/>
      <w:r>
        <w:t>objętość</w:t>
      </w:r>
      <w:proofErr w:type="spellEnd"/>
      <w:r>
        <w:t xml:space="preserve">: 2 000 </w:t>
      </w:r>
      <w:proofErr w:type="spellStart"/>
      <w:r>
        <w:t>znaków</w:t>
      </w:r>
      <w:proofErr w:type="spellEnd"/>
      <w:r>
        <w:t>.</w:t>
      </w:r>
    </w:p>
    <w:p w14:paraId="28BC2129" w14:textId="77777777" w:rsidR="005B621E" w:rsidRDefault="00F220FC" w:rsidP="00E0365A">
      <w:pPr>
        <w:jc w:val="both"/>
      </w:pPr>
      <w:r>
        <w:rPr>
          <w:b/>
        </w:rPr>
        <w:t xml:space="preserve">5. </w:t>
      </w:r>
      <w:proofErr w:type="spellStart"/>
      <w:r>
        <w:rPr>
          <w:b/>
        </w:rPr>
        <w:t>Osiągnięte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efekty</w:t>
      </w:r>
      <w:proofErr w:type="spellEnd"/>
      <w:r>
        <w:rPr>
          <w:b/>
        </w:rP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wskazać</w:t>
      </w:r>
      <w:proofErr w:type="spellEnd"/>
      <w:r>
        <w:t xml:space="preserve"> </w:t>
      </w:r>
      <w:proofErr w:type="spellStart"/>
      <w:r>
        <w:t>przede</w:t>
      </w:r>
      <w:proofErr w:type="spellEnd"/>
      <w:r>
        <w:t xml:space="preserve"> </w:t>
      </w:r>
      <w:proofErr w:type="spellStart"/>
      <w:r>
        <w:t>wszystkim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, </w:t>
      </w:r>
      <w:proofErr w:type="spellStart"/>
      <w:r>
        <w:t>mierzalne</w:t>
      </w:r>
      <w:proofErr w:type="spellEnd"/>
      <w:r>
        <w:t xml:space="preserve"> </w:t>
      </w:r>
      <w:proofErr w:type="spellStart"/>
      <w:r>
        <w:t>rezultaty</w:t>
      </w:r>
      <w:proofErr w:type="spellEnd"/>
      <w:r>
        <w:t xml:space="preserve"> </w:t>
      </w:r>
      <w:proofErr w:type="spellStart"/>
      <w:r>
        <w:t>przedsięwzięcia</w:t>
      </w:r>
      <w:proofErr w:type="spellEnd"/>
      <w:r>
        <w:t xml:space="preserve">. </w:t>
      </w:r>
      <w:proofErr w:type="spellStart"/>
      <w:r>
        <w:t>Warto</w:t>
      </w:r>
      <w:proofErr w:type="spellEnd"/>
      <w:r>
        <w:t xml:space="preserve"> </w:t>
      </w:r>
      <w:proofErr w:type="spellStart"/>
      <w:r>
        <w:t>posługiwać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liczbami</w:t>
      </w:r>
      <w:proofErr w:type="spellEnd"/>
      <w:r>
        <w:t xml:space="preserve">, </w:t>
      </w:r>
      <w:proofErr w:type="spellStart"/>
      <w:r>
        <w:t>danymi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wskaźnikami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dostępne</w:t>
      </w:r>
      <w:proofErr w:type="spellEnd"/>
      <w:r>
        <w:t xml:space="preserve">. </w:t>
      </w:r>
      <w:proofErr w:type="spellStart"/>
      <w:r>
        <w:t>Maksymalna</w:t>
      </w:r>
      <w:proofErr w:type="spellEnd"/>
      <w:r>
        <w:t xml:space="preserve"> </w:t>
      </w:r>
      <w:proofErr w:type="spellStart"/>
      <w:r>
        <w:t>objętość</w:t>
      </w:r>
      <w:proofErr w:type="spellEnd"/>
      <w:r>
        <w:t xml:space="preserve">: 1 500 </w:t>
      </w:r>
      <w:proofErr w:type="spellStart"/>
      <w:r>
        <w:t>znaków</w:t>
      </w:r>
      <w:proofErr w:type="spellEnd"/>
      <w:r>
        <w:t>.</w:t>
      </w:r>
    </w:p>
    <w:p w14:paraId="5450EC86" w14:textId="77777777" w:rsidR="005B621E" w:rsidRDefault="00F220FC" w:rsidP="00E0365A">
      <w:pPr>
        <w:jc w:val="both"/>
      </w:pPr>
      <w:r>
        <w:rPr>
          <w:b/>
        </w:rPr>
        <w:t xml:space="preserve">6. </w:t>
      </w:r>
      <w:proofErr w:type="spellStart"/>
      <w:r>
        <w:rPr>
          <w:b/>
        </w:rPr>
        <w:t>Innowacyjność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rozwiązania</w:t>
      </w:r>
      <w:proofErr w:type="spellEnd"/>
      <w:r>
        <w:rPr>
          <w:b/>
        </w:rP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wyjaśnić</w:t>
      </w:r>
      <w:proofErr w:type="spellEnd"/>
      <w:r>
        <w:t xml:space="preserve">, co jest </w:t>
      </w:r>
      <w:proofErr w:type="spellStart"/>
      <w:r>
        <w:t>nowatorskiego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szczególnie</w:t>
      </w:r>
      <w:proofErr w:type="spellEnd"/>
      <w:r>
        <w:t xml:space="preserve"> </w:t>
      </w:r>
      <w:proofErr w:type="spellStart"/>
      <w:r>
        <w:t>wartościowego</w:t>
      </w:r>
      <w:proofErr w:type="spellEnd"/>
      <w:r>
        <w:t xml:space="preserve"> w </w:t>
      </w:r>
      <w:proofErr w:type="spellStart"/>
      <w:r>
        <w:t>zgłoszonym</w:t>
      </w:r>
      <w:proofErr w:type="spellEnd"/>
      <w:r>
        <w:t xml:space="preserve"> </w:t>
      </w:r>
      <w:proofErr w:type="spellStart"/>
      <w:r>
        <w:t>rozwiązaniu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czym</w:t>
      </w:r>
      <w:proofErr w:type="spellEnd"/>
      <w:r>
        <w:t xml:space="preserve"> </w:t>
      </w:r>
      <w:proofErr w:type="spellStart"/>
      <w:r>
        <w:t>wyróżnia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ono </w:t>
      </w:r>
      <w:proofErr w:type="spellStart"/>
      <w:r>
        <w:t>na</w:t>
      </w:r>
      <w:proofErr w:type="spellEnd"/>
      <w:r>
        <w:t xml:space="preserve"> </w:t>
      </w:r>
      <w:proofErr w:type="spellStart"/>
      <w:r>
        <w:t>tle</w:t>
      </w:r>
      <w:proofErr w:type="spellEnd"/>
      <w:r>
        <w:t xml:space="preserve"> </w:t>
      </w:r>
      <w:proofErr w:type="spellStart"/>
      <w:r>
        <w:t>standardowych</w:t>
      </w:r>
      <w:proofErr w:type="spellEnd"/>
      <w:r>
        <w:t xml:space="preserve"> </w:t>
      </w:r>
      <w:proofErr w:type="spellStart"/>
      <w:r>
        <w:t>działań</w:t>
      </w:r>
      <w:proofErr w:type="spellEnd"/>
      <w:r>
        <w:t xml:space="preserve">. </w:t>
      </w:r>
      <w:proofErr w:type="spellStart"/>
      <w:r>
        <w:t>Maksymalna</w:t>
      </w:r>
      <w:proofErr w:type="spellEnd"/>
      <w:r>
        <w:t xml:space="preserve"> </w:t>
      </w:r>
      <w:proofErr w:type="spellStart"/>
      <w:r>
        <w:t>objętość</w:t>
      </w:r>
      <w:proofErr w:type="spellEnd"/>
      <w:r>
        <w:t xml:space="preserve">: 1 000 </w:t>
      </w:r>
      <w:proofErr w:type="spellStart"/>
      <w:r>
        <w:t>znaków</w:t>
      </w:r>
      <w:proofErr w:type="spellEnd"/>
      <w:r>
        <w:t>.</w:t>
      </w:r>
    </w:p>
    <w:p w14:paraId="3F8EA739" w14:textId="77777777" w:rsidR="005B621E" w:rsidRDefault="00F220FC" w:rsidP="00E0365A">
      <w:pPr>
        <w:jc w:val="both"/>
      </w:pPr>
      <w:r>
        <w:rPr>
          <w:b/>
        </w:rPr>
        <w:t xml:space="preserve">7. </w:t>
      </w:r>
      <w:proofErr w:type="spellStart"/>
      <w:r>
        <w:rPr>
          <w:b/>
        </w:rPr>
        <w:t>Możliwość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powielenia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rozwiązania</w:t>
      </w:r>
      <w:proofErr w:type="spellEnd"/>
      <w:r>
        <w:rPr>
          <w:b/>
        </w:rPr>
        <w:t xml:space="preserve"> –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zaznaczyć</w:t>
      </w:r>
      <w:proofErr w:type="spellEnd"/>
      <w:r>
        <w:t xml:space="preserve"> TAK </w:t>
      </w:r>
      <w:proofErr w:type="spellStart"/>
      <w:r>
        <w:t>albo</w:t>
      </w:r>
      <w:proofErr w:type="spellEnd"/>
      <w:r>
        <w:t xml:space="preserve"> NIE.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odpowiedzi</w:t>
      </w:r>
      <w:proofErr w:type="spellEnd"/>
      <w:r>
        <w:t xml:space="preserve"> TAK </w:t>
      </w:r>
      <w:proofErr w:type="spellStart"/>
      <w:r>
        <w:t>warto</w:t>
      </w:r>
      <w:proofErr w:type="spellEnd"/>
      <w:r>
        <w:t xml:space="preserve"> </w:t>
      </w:r>
      <w:proofErr w:type="spellStart"/>
      <w:r>
        <w:t>wskazać</w:t>
      </w:r>
      <w:proofErr w:type="spellEnd"/>
      <w:r>
        <w:t xml:space="preserve">, </w:t>
      </w:r>
      <w:proofErr w:type="spellStart"/>
      <w:r>
        <w:t>jakie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, </w:t>
      </w:r>
      <w:proofErr w:type="spellStart"/>
      <w:r>
        <w:t>zasoby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 xml:space="preserve"> </w:t>
      </w:r>
      <w:proofErr w:type="spellStart"/>
      <w:r>
        <w:t>organizacyjne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potrzebne</w:t>
      </w:r>
      <w:proofErr w:type="spellEnd"/>
      <w:r>
        <w:t xml:space="preserve">, aby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>
        <w:t>mogły</w:t>
      </w:r>
      <w:proofErr w:type="spellEnd"/>
      <w:r>
        <w:t xml:space="preserve"> </w:t>
      </w:r>
      <w:proofErr w:type="spellStart"/>
      <w:r>
        <w:t>wdrożyć</w:t>
      </w:r>
      <w:proofErr w:type="spellEnd"/>
      <w:r>
        <w:t xml:space="preserve"> </w:t>
      </w:r>
      <w:proofErr w:type="spellStart"/>
      <w:r>
        <w:t>podobne</w:t>
      </w:r>
      <w:proofErr w:type="spellEnd"/>
      <w:r>
        <w:t xml:space="preserve"> </w:t>
      </w:r>
      <w:proofErr w:type="spellStart"/>
      <w:r>
        <w:t>działanie</w:t>
      </w:r>
      <w:proofErr w:type="spellEnd"/>
      <w:r>
        <w:t>.</w:t>
      </w:r>
    </w:p>
    <w:p w14:paraId="5EB207AD" w14:textId="77777777" w:rsidR="005B621E" w:rsidRDefault="00F220FC" w:rsidP="00E0365A">
      <w:pPr>
        <w:jc w:val="both"/>
      </w:pPr>
      <w:r>
        <w:rPr>
          <w:b/>
        </w:rPr>
        <w:t xml:space="preserve">8. </w:t>
      </w:r>
      <w:proofErr w:type="spellStart"/>
      <w:r>
        <w:rPr>
          <w:b/>
        </w:rPr>
        <w:t>Trwałość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przedsięwzięcia</w:t>
      </w:r>
      <w:proofErr w:type="spellEnd"/>
      <w:r>
        <w:rPr>
          <w:b/>
        </w:rPr>
        <w:t xml:space="preserve"> – </w:t>
      </w:r>
      <w:r>
        <w:t xml:space="preserve">Pole jest </w:t>
      </w:r>
      <w:proofErr w:type="spellStart"/>
      <w:r>
        <w:t>opcjonalne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je </w:t>
      </w:r>
      <w:proofErr w:type="spellStart"/>
      <w:r>
        <w:t>wypełnić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zgłaszane</w:t>
      </w:r>
      <w:proofErr w:type="spellEnd"/>
      <w:r>
        <w:t xml:space="preserve"> </w:t>
      </w:r>
      <w:proofErr w:type="spellStart"/>
      <w:r>
        <w:t>działanie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miało</w:t>
      </w:r>
      <w:proofErr w:type="spellEnd"/>
      <w:r>
        <w:t xml:space="preserve"> </w:t>
      </w:r>
      <w:proofErr w:type="spellStart"/>
      <w:r>
        <w:t>charakteru</w:t>
      </w:r>
      <w:proofErr w:type="spellEnd"/>
      <w:r>
        <w:t xml:space="preserve"> </w:t>
      </w:r>
      <w:proofErr w:type="spellStart"/>
      <w:r>
        <w:t>jednorazowego</w:t>
      </w:r>
      <w:proofErr w:type="spellEnd"/>
      <w:r>
        <w:t xml:space="preserve">.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opisać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kontynuacji</w:t>
      </w:r>
      <w:proofErr w:type="spellEnd"/>
      <w:r>
        <w:t xml:space="preserve">, </w:t>
      </w:r>
      <w:proofErr w:type="spellStart"/>
      <w:r>
        <w:t>utrzymania</w:t>
      </w:r>
      <w:proofErr w:type="spellEnd"/>
      <w:r>
        <w:t xml:space="preserve"> </w:t>
      </w:r>
      <w:proofErr w:type="spellStart"/>
      <w:r>
        <w:t>efektów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ewentualnego</w:t>
      </w:r>
      <w:proofErr w:type="spellEnd"/>
      <w:r>
        <w:t xml:space="preserve"> </w:t>
      </w:r>
      <w:proofErr w:type="spellStart"/>
      <w:r>
        <w:t>rozwoju</w:t>
      </w:r>
      <w:proofErr w:type="spellEnd"/>
      <w:r>
        <w:t xml:space="preserve"> </w:t>
      </w:r>
      <w:proofErr w:type="spellStart"/>
      <w:r>
        <w:t>przedsięwzięcia</w:t>
      </w:r>
      <w:proofErr w:type="spellEnd"/>
      <w:r>
        <w:t>.</w:t>
      </w:r>
    </w:p>
    <w:p w14:paraId="6EDD6D1C" w14:textId="6349EF5D" w:rsidR="005B621E" w:rsidRDefault="00F220FC" w:rsidP="00E0365A">
      <w:pPr>
        <w:jc w:val="both"/>
      </w:pPr>
      <w:r>
        <w:rPr>
          <w:b/>
        </w:rPr>
        <w:t xml:space="preserve">9. </w:t>
      </w:r>
      <w:proofErr w:type="spellStart"/>
      <w:r>
        <w:rPr>
          <w:b/>
        </w:rPr>
        <w:t>Załączniki</w:t>
      </w:r>
      <w:proofErr w:type="spellEnd"/>
      <w:r>
        <w:rPr>
          <w:b/>
        </w:rPr>
        <w:t xml:space="preserve"> – </w:t>
      </w:r>
      <w:r>
        <w:t xml:space="preserve">Do </w:t>
      </w:r>
      <w:proofErr w:type="spellStart"/>
      <w:r>
        <w:t>formularza</w:t>
      </w:r>
      <w:proofErr w:type="spellEnd"/>
      <w:r>
        <w:t xml:space="preserve">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dołączyć</w:t>
      </w:r>
      <w:proofErr w:type="spellEnd"/>
      <w:r>
        <w:t xml:space="preserve"> </w:t>
      </w:r>
      <w:proofErr w:type="spellStart"/>
      <w:r>
        <w:t>materiały</w:t>
      </w:r>
      <w:proofErr w:type="spellEnd"/>
      <w:r>
        <w:t xml:space="preserve"> </w:t>
      </w:r>
      <w:proofErr w:type="spellStart"/>
      <w:r>
        <w:t>dokumentujące</w:t>
      </w:r>
      <w:proofErr w:type="spellEnd"/>
      <w:r>
        <w:t xml:space="preserve"> </w:t>
      </w:r>
      <w:proofErr w:type="spellStart"/>
      <w:r>
        <w:t>przedsięwzięcie</w:t>
      </w:r>
      <w:proofErr w:type="spellEnd"/>
      <w:r>
        <w:t xml:space="preserve">, </w:t>
      </w:r>
      <w:r w:rsidR="00E0365A">
        <w:br/>
      </w:r>
      <w:r>
        <w:t xml:space="preserve">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fotografie</w:t>
      </w:r>
      <w:proofErr w:type="spellEnd"/>
      <w:r>
        <w:t xml:space="preserve">, filmy </w:t>
      </w:r>
      <w:proofErr w:type="spellStart"/>
      <w:r>
        <w:t>lub</w:t>
      </w:r>
      <w:proofErr w:type="spellEnd"/>
      <w:r>
        <w:t xml:space="preserve"> </w:t>
      </w:r>
      <w:proofErr w:type="spellStart"/>
      <w:r>
        <w:t>materiały</w:t>
      </w:r>
      <w:proofErr w:type="spellEnd"/>
      <w:r>
        <w:t xml:space="preserve"> </w:t>
      </w:r>
      <w:proofErr w:type="spellStart"/>
      <w:r>
        <w:t>promocyjne</w:t>
      </w:r>
      <w:proofErr w:type="spellEnd"/>
      <w:r>
        <w:t xml:space="preserve">. </w:t>
      </w:r>
      <w:proofErr w:type="spellStart"/>
      <w:r>
        <w:t>Załączniki</w:t>
      </w:r>
      <w:proofErr w:type="spellEnd"/>
      <w:r>
        <w:t xml:space="preserve"> </w:t>
      </w:r>
      <w:proofErr w:type="spellStart"/>
      <w:r>
        <w:t>powinny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związane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zgłaszanym</w:t>
      </w:r>
      <w:proofErr w:type="spellEnd"/>
      <w:r>
        <w:t xml:space="preserve"> </w:t>
      </w:r>
      <w:proofErr w:type="spellStart"/>
      <w:r>
        <w:t>działaniem</w:t>
      </w:r>
      <w:proofErr w:type="spellEnd"/>
      <w:r>
        <w:t>.</w:t>
      </w:r>
    </w:p>
    <w:p w14:paraId="3FAFAF47" w14:textId="1BB75523" w:rsidR="005B621E" w:rsidRDefault="00F220FC" w:rsidP="00E0365A">
      <w:pPr>
        <w:jc w:val="both"/>
      </w:pPr>
      <w:r>
        <w:rPr>
          <w:b/>
        </w:rPr>
        <w:t xml:space="preserve">10. </w:t>
      </w:r>
      <w:proofErr w:type="spellStart"/>
      <w:r>
        <w:rPr>
          <w:b/>
        </w:rPr>
        <w:t>Oświadczenie</w:t>
      </w:r>
      <w:proofErr w:type="spellEnd"/>
      <w:r>
        <w:rPr>
          <w:b/>
        </w:rPr>
        <w:t xml:space="preserve"> – </w:t>
      </w:r>
      <w:proofErr w:type="spellStart"/>
      <w:r>
        <w:t>Formularz</w:t>
      </w:r>
      <w:proofErr w:type="spellEnd"/>
      <w:r>
        <w:t xml:space="preserve"> </w:t>
      </w:r>
      <w:proofErr w:type="spellStart"/>
      <w:r>
        <w:t>powinien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podpisany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osobę</w:t>
      </w:r>
      <w:proofErr w:type="spellEnd"/>
      <w:r>
        <w:t xml:space="preserve"> </w:t>
      </w:r>
      <w:proofErr w:type="spellStart"/>
      <w:r>
        <w:t>upoważnioną</w:t>
      </w:r>
      <w:proofErr w:type="spellEnd"/>
      <w:r>
        <w:t xml:space="preserve"> </w:t>
      </w:r>
      <w:r w:rsidR="00E0365A">
        <w:br/>
      </w:r>
      <w:r>
        <w:t xml:space="preserve">do </w:t>
      </w:r>
      <w:proofErr w:type="spellStart"/>
      <w:r>
        <w:t>reprezentowania</w:t>
      </w:r>
      <w:proofErr w:type="spellEnd"/>
      <w:r>
        <w:t xml:space="preserve"> </w:t>
      </w:r>
      <w:proofErr w:type="spellStart"/>
      <w:r>
        <w:t>gminy</w:t>
      </w:r>
      <w:proofErr w:type="spellEnd"/>
      <w:r>
        <w:t>.</w:t>
      </w:r>
    </w:p>
    <w:p w14:paraId="51E4040B" w14:textId="77777777" w:rsidR="005B621E" w:rsidRDefault="005B621E" w:rsidP="00E0365A">
      <w:pPr>
        <w:jc w:val="both"/>
      </w:pPr>
    </w:p>
    <w:p w14:paraId="337BFE40" w14:textId="78CE4198" w:rsidR="005B621E" w:rsidRDefault="00F220FC" w:rsidP="00E0365A">
      <w:pPr>
        <w:jc w:val="both"/>
      </w:pPr>
      <w:proofErr w:type="spellStart"/>
      <w:r>
        <w:rPr>
          <w:b/>
        </w:rPr>
        <w:t>Ważne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zgłoszenia</w:t>
      </w:r>
      <w:proofErr w:type="spellEnd"/>
      <w:r>
        <w:t xml:space="preserve"> </w:t>
      </w:r>
      <w:proofErr w:type="spellStart"/>
      <w:r>
        <w:t>powinien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konkretny</w:t>
      </w:r>
      <w:proofErr w:type="spellEnd"/>
      <w:r>
        <w:t xml:space="preserve">, </w:t>
      </w:r>
      <w:proofErr w:type="spellStart"/>
      <w:r>
        <w:t>oparty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rzeczywiście</w:t>
      </w:r>
      <w:proofErr w:type="spellEnd"/>
      <w:r>
        <w:t xml:space="preserve"> </w:t>
      </w:r>
      <w:proofErr w:type="spellStart"/>
      <w:r>
        <w:t>wdrożonych</w:t>
      </w:r>
      <w:proofErr w:type="spellEnd"/>
      <w:r>
        <w:t xml:space="preserve"> </w:t>
      </w:r>
      <w:proofErr w:type="spellStart"/>
      <w:r>
        <w:t>działaniach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– </w:t>
      </w:r>
      <w:r w:rsidR="00E0365A">
        <w:br/>
      </w:r>
      <w:r>
        <w:t xml:space="preserve">w </w:t>
      </w:r>
      <w:proofErr w:type="spellStart"/>
      <w:r>
        <w:t>miarę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– </w:t>
      </w:r>
      <w:proofErr w:type="spellStart"/>
      <w:r>
        <w:t>poparty</w:t>
      </w:r>
      <w:proofErr w:type="spellEnd"/>
      <w:r>
        <w:t xml:space="preserve"> </w:t>
      </w:r>
      <w:proofErr w:type="spellStart"/>
      <w:r>
        <w:t>danymi</w:t>
      </w:r>
      <w:proofErr w:type="spellEnd"/>
      <w:r>
        <w:t xml:space="preserve">. </w:t>
      </w:r>
      <w:proofErr w:type="spellStart"/>
      <w:r>
        <w:t>Kapituła</w:t>
      </w:r>
      <w:proofErr w:type="spellEnd"/>
      <w:r>
        <w:t xml:space="preserve"> </w:t>
      </w:r>
      <w:proofErr w:type="spellStart"/>
      <w:r>
        <w:t>ocenia</w:t>
      </w:r>
      <w:proofErr w:type="spellEnd"/>
      <w:r>
        <w:t xml:space="preserve"> </w:t>
      </w:r>
      <w:proofErr w:type="spellStart"/>
      <w:r>
        <w:t>zgłoszenie</w:t>
      </w:r>
      <w:proofErr w:type="spellEnd"/>
      <w:r>
        <w:t xml:space="preserve"> </w:t>
      </w:r>
      <w:proofErr w:type="spellStart"/>
      <w:r>
        <w:t>całościowo</w:t>
      </w:r>
      <w:proofErr w:type="spellEnd"/>
      <w:r>
        <w:t xml:space="preserve">, </w:t>
      </w:r>
      <w:proofErr w:type="spellStart"/>
      <w:r>
        <w:t>uwzględniając</w:t>
      </w:r>
      <w:proofErr w:type="spellEnd"/>
      <w:r>
        <w:t xml:space="preserve"> m.in. </w:t>
      </w:r>
      <w:proofErr w:type="spellStart"/>
      <w:r>
        <w:t>rzeczywisty</w:t>
      </w:r>
      <w:proofErr w:type="spellEnd"/>
      <w:r>
        <w:t xml:space="preserve"> </w:t>
      </w:r>
      <w:proofErr w:type="spellStart"/>
      <w:r>
        <w:t>efekt</w:t>
      </w:r>
      <w:proofErr w:type="spellEnd"/>
      <w:r>
        <w:t xml:space="preserve"> </w:t>
      </w:r>
      <w:proofErr w:type="spellStart"/>
      <w:r>
        <w:t>środowiskowy</w:t>
      </w:r>
      <w:proofErr w:type="spellEnd"/>
      <w:r>
        <w:t xml:space="preserve">, </w:t>
      </w:r>
      <w:proofErr w:type="spellStart"/>
      <w:r>
        <w:t>innowacyjność</w:t>
      </w:r>
      <w:proofErr w:type="spellEnd"/>
      <w:r>
        <w:t xml:space="preserve">, </w:t>
      </w:r>
      <w:proofErr w:type="spellStart"/>
      <w:r>
        <w:t>zaangażowanie</w:t>
      </w:r>
      <w:proofErr w:type="spellEnd"/>
      <w:r>
        <w:t xml:space="preserve"> </w:t>
      </w:r>
      <w:proofErr w:type="spellStart"/>
      <w:r>
        <w:t>mieszkańców</w:t>
      </w:r>
      <w:proofErr w:type="spellEnd"/>
      <w:r>
        <w:t xml:space="preserve">, </w:t>
      </w:r>
      <w:proofErr w:type="spellStart"/>
      <w:r>
        <w:t>możliwość</w:t>
      </w:r>
      <w:proofErr w:type="spellEnd"/>
      <w:r>
        <w:t xml:space="preserve"> </w:t>
      </w:r>
      <w:proofErr w:type="spellStart"/>
      <w:r>
        <w:t>wdrożenia</w:t>
      </w:r>
      <w:proofErr w:type="spellEnd"/>
      <w:r>
        <w:t xml:space="preserve"> </w:t>
      </w:r>
      <w:proofErr w:type="spellStart"/>
      <w:r>
        <w:t>rozwiązania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inne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trwałość</w:t>
      </w:r>
      <w:proofErr w:type="spellEnd"/>
      <w:r>
        <w:t xml:space="preserve"> </w:t>
      </w:r>
      <w:proofErr w:type="spellStart"/>
      <w:r>
        <w:t>przedsięwzięcia</w:t>
      </w:r>
      <w:proofErr w:type="spellEnd"/>
      <w:r>
        <w:t>.</w:t>
      </w:r>
    </w:p>
    <w:sectPr w:rsidR="005B621E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6B66AB4" w15:done="0"/>
  <w15:commentEx w15:paraId="6F282E4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6B66AB4" w16cid:durableId="2E382BC8"/>
  <w16cid:commentId w16cid:paraId="6F282E44" w16cid:durableId="2E382B6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na Szalewska">
    <w15:presenceInfo w15:providerId="AD" w15:userId="S-1-5-21-3087080317-885096783-902502968-187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07DBA"/>
    <w:rsid w:val="0029639D"/>
    <w:rsid w:val="00326F90"/>
    <w:rsid w:val="004338AF"/>
    <w:rsid w:val="004C648E"/>
    <w:rsid w:val="005B621E"/>
    <w:rsid w:val="00AA1D8D"/>
    <w:rsid w:val="00B47730"/>
    <w:rsid w:val="00CB0664"/>
    <w:rsid w:val="00E0365A"/>
    <w:rsid w:val="00F220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46DCA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207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DB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7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7D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7DBA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7D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7DBA"/>
    <w:rPr>
      <w:rFonts w:ascii="Arial" w:hAnsi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207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DB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7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7D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7DBA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7D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7DBA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10" Type="http://schemas.microsoft.com/office/2016/09/relationships/commentsIds" Target="commentsId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1C23DC-6C5E-4800-BBA0-A8903FFF9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1489</Words>
  <Characters>8935</Characters>
  <Application>Microsoft Office Word</Application>
  <DocSecurity>0</DocSecurity>
  <Lines>74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Urząd Marszałkowski</Company>
  <LinksUpToDate>false</LinksUpToDate>
  <CharactersWithSpaces>10404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Marcelina Ćwikła</cp:lastModifiedBy>
  <cp:revision>2</cp:revision>
  <dcterms:created xsi:type="dcterms:W3CDTF">2026-08-26T10:27:00Z</dcterms:created>
  <dcterms:modified xsi:type="dcterms:W3CDTF">2026-08-26T10:27:00Z</dcterms:modified>
</cp:coreProperties>
</file>